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电子元件厂天然气管道工程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报告编号：TMPL-20260716061301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004-2021标准，本次所检17道焊缝（焊缝-B35至相控阵超声图）中，17道评定为I级（无缺陷），结论为合格；结论均为合格。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电子元件厂位于莲池区联盟路办事处，始建于1992年，户外燃气管道焊缝共计50道。现对其部分焊缝进行抽检，抽检数量16道，抽检部位见附页。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电子元件厂户外燃气管道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38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38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17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焊缝-B35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焊缝-B32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焊缝-B29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焊缝-C6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焊缝-C12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焊缝-C14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焊缝-C18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焊缝-C22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焊缝-C29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焊缝-C33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焊缝-C34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焊缝-C39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焊缝-B12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焊缝-B14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焊缝-A8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焊缝-A3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报告编号：TMPL-20260716061301</w:t>
      </w:r>
    </w:p>
    <w:p>
      <w:r>
        <w:rPr>
          <w:b/>
          <w:sz w:val="22"/>
        </w:rPr>
        <w:t>焊缝-B35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sytocg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焊缝-B32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zz_bgfj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焊缝-B29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x0sulfn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焊缝-C6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qkdcdcv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焊缝-C12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mal3xs2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焊缝-C14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焊缝-C18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焊缝-C22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bilpy59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焊缝-C29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焊缝-C33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焊缝-C34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焊缝-C39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焊缝-B12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bilpy59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焊缝-B14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焊缝-A8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uzyyud_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焊缝-A3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6jd3hty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381967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17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381967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