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二轻宿舍（北、南）宿舍天然气管道工程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报告编号：TMPL-20260716061828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004-2021标准，本次所检21道焊缝（焊缝-03至相控阵超声图）中，21道评定为I级（无缺陷），结论为合格；结论均为合格。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二轻宿舍（北、南）燃气管道改造位于竞秀区先锋街道办，始建于1990年，户外燃气管道焊缝共计66道。现对其部分焊缝进行抽检，抽检数量20道，抽检部位见附页。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二轻宿舍（北、南）宿舍户外燃气管道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报告编号：TMPL-20260716061828</w:t>
      </w:r>
    </w:p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phb44l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6ipyay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7_v_v6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sic6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_8w5gs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sic6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_8w5gs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ih028q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k_4unv_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8olyp3g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dj5fb_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