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防疫站宿舍天然气管道工程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报告编号：TMPL-20260716062815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004-2021标准，本次所检22道焊缝（焊缝-2至相控阵超声图）中，22道评定为I级（无缺陷），结论为合格；结论均为合格。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防疫站宿舍位于莲池区红星路办事处，始建于1994年，户外燃气管道焊缝共计60道。现对其部分焊缝进行抽检，抽检数量21道，抽检部位见附页。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防疫站宿舍户外燃气管道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22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报告编号：TMPL-20260716062815</w:t>
      </w:r>
    </w:p>
    <w:p>
      <w:r>
        <w:rPr>
          <w:b/>
          <w:sz w:val="22"/>
        </w:rPr>
        <w:t>焊缝-2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3sgyemh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qielyf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5lr9mvj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m73854u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1bpkn7g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kyhs667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1bpkn7g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kyhs667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b77g_6w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gacti5u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af4dxj2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2sczi44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xmayv2r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b77g_6w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相控阵超声图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381967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t_0022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381967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