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妇幼小区天然气管道工程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报告编号：TMPL-20260716063217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004-2021标准，本次所检31道焊缝（焊缝-5至相控阵超声波图）中，31道评定为I级（无缺陷），结论为合格；结论均为合格。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妇幼小区位于莲池区联盟路办事处，始建于1998年，户外燃气管道焊缝共计108道。现对其部分焊缝进行抽检，抽检数量30道，抽检部位见附页。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妇幼小区户外燃气管道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3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38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相控阵超声波图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报告编号：TMPL-20260716063217</w:t>
      </w:r>
    </w:p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nbf15_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0yy_nn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hu15kmu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ns35pa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ztiqro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yp5mtk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xm9k27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ns35pa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ztiqro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yp5mtk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xm9k27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lg855z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98bij9v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foyisa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u3o39hc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c59vn9m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lg855z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98bij9v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foyisa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u3o39hc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c59vn9m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i14h_rq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agldi33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dxbgr09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d2pu21x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相控阵超声波图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994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3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994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