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富昌小区天然气管道工程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报告编号：TMPL-20260716094039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004-2021标准，本次所检17道焊缝（9至19）中，17道评定为I级（无缺陷），结论为合格；结论均为合格。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富昌小区位于竞秀区建南街道办，始建于1998年，户外燃气管道焊缝共计111道。现对其部分焊缝进行抽检，抽检数量17道，抽检部位见附页。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富昌小区户外燃气管道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17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报告编号：TMPL-20260716094039</w:t>
      </w:r>
    </w:p>
    <w:p>
      <w:r>
        <w:rPr>
          <w:b/>
          <w:sz w:val="22"/>
        </w:rPr>
        <w:t>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byj8ux8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o08gufi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8m1pxpq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nj2r_4_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nj2r_4_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zhj7wgo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