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富昌园二期（李七店新村）天然气管道工程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报告编号：TMPL-20260716095352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004-2021标准，本次所检62道焊缝（焊缝-5至焊缝-353）中，62道评定为I级（无缺陷），结论为合格；结论均为合格。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富昌园二期（李七店新村）位于竞秀区建南街道办，始建于1998年，户外燃气管道焊缝共计286道。现对其部分焊缝进行抽检，抽检数量62道，抽检部位见附页。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富昌园二期（李七店新村）户外燃气管道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62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报告编号：TMPL-20260716095352</w:t>
      </w:r>
    </w:p>
    <w:p>
      <w:r>
        <w:rPr>
          <w:b/>
          <w:sz w:val="22"/>
        </w:rPr>
        <w:t>焊缝-5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yn8la4f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hc8nj_r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7l2kpyq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d0bh8g9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esk5trl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auab3ei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wrw2bf5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d0bh8g9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esk5trl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auab3ei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wrw2bf5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46ok0gn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5cadvbd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te63h46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5to2vz4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8wcg1e6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46ok0gn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5cadvbd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te63h46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5to2vz4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8wcg1e6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hy0qnva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pelmrng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s981t8o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hy0qnva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pelmrng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s981t8o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13byy4j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ai9mac5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13byy4j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ai9mac5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l8bkkit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2olro6t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l8bkkit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2olro6t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wpzu5co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m9xcqxf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v1p4ock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zeag82h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hvxcbzy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wpzu5co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116727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62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116727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