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富祥小区天然气管道工程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报告编号：TMPL-20260716100932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004-2021标准，本次所检97道焊缝（焊缝-8至焊缝-189）中，97道评定为I级（无缺陷），结论为合格；结论均为合格。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富祥小区位于竞秀区建南街道办，始建于1999年，户外燃气管道焊缝共计515道。现对其部分焊缝进行抽检，抽检数量97道，抽检部位见附页。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富祥小区户外燃气管道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27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2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27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27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97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报告编号：TMPL-20260716100932</w:t>
      </w:r>
    </w:p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7h6qqb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im0hp7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e2gjstj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0orgme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dxosdx3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etx20wg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nzfafh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c6d6xja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0orgme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dxosdx3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etx20wg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nzfafh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c6d6xja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epljspx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do2md9w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t7opkio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u1aepds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yt7ipeb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epljspx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do2md9w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t7opkio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u1aepds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yt7ipeb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0ks379r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0ks379r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1l471uv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61d862w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c7te69i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0t91s9n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1l471uv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61d862w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c7te69i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0t91s9n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up434qx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kxnw_xj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rizdni5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up434qx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kxnw_xj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rizdni5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cwes_jg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848x40d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cwes_jg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848x40d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aw_ayh3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wv6c_6v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dodw9nh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mveu7he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aw_ayh3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wv6c_6v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dodw9nh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mveu7he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_86c0hw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zg9vfpv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drjm5xl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3h9jr5q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7r6mrwu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_86c0hw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zg9vfpv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drjm5xl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3h9jr5q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7r6mrwu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vv352z2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9c_g7j4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hcfhp7k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2wviuy9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vv352z2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9c_g7j4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hcfhp7k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7" name="Picture 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2srqd07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8" name="Picture 9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lzhcinv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453659"/>
            <wp:docPr id="99" name="Picture 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97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45365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