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河北大学1区天然气管道工程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报告编号：TMPL-20260716102226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004-2021标准，本次所检122道焊缝（焊缝-2至焊缝-606）中，122道评定为I级（无缺陷），结论为合格；结论均为合格。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河北大学1区位于莲池区东关办事处，始建于1984/1996年，户外燃气管道焊缝共计808道。现对其部分焊缝进行抽检，抽检数量122道，抽检部位见附页。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河北大学1区户外燃气管道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01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0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01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0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01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0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4.jpe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122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焊缝-398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焊缝-378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焊缝-479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焊缝-495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焊缝-497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报告编号：TMPL-20260716102226</w:t>
      </w:r>
    </w:p>
    <w:p>
      <w:r>
        <w:rPr>
          <w:b/>
          <w:sz w:val="22"/>
        </w:rPr>
        <w:t>焊缝-2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io2wvr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3vakar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9vxdldv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frjksgd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rt2os5j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0wyruy4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djwb5hy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972anko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0wyruy4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djwb5hy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972anko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o8l_hsb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o8l_hsb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ntyfzzk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9gp2vew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ntyfzzk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9gp2vew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r6so61w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k51_jsk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2vtypp1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焊缝-182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_er1kmd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焊缝-181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1qospsh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焊缝-180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r6so61w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焊缝-179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k51_jsk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焊缝-178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2vtypp1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焊缝-177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_er1kmd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1qospsh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q4todrq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7y1z9d_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6" name="Picture 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7" name="Picture 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q4todrq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8" name="Picture 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7y1z9d_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9" name="Picture 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0" name="Picture 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9kjmc2s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1" name="Picture 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f25_tol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2" name="Picture 6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rk11thm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3" name="Picture 6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wk8klyk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4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3do53d_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5" name="Picture 6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9kjmc2s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6" name="Picture 6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f25_tol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7" name="Picture 6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rk11thm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8" name="Picture 6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wk8klyk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9" name="Picture 6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3do53d_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0" name="Picture 7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6gxxvvs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1" name="Picture 7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gn5by53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2" name="Picture 7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_bte043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3" name="Picture 7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drucre4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4" name="Picture 7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cwjbjqa.pn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5" name="Picture 7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6gxxvvs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6" name="Picture 7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gn5by53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7" name="Picture 7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_bte043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8" name="Picture 7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drucre4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9" name="Picture 7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cwjbjqa.pn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0" name="Picture 8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lrky21z.pn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1" name="Picture 8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j4ygur6.pn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2" name="Picture 8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7zxshf3.pn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焊缝-398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3" name="Picture 8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v_ojqe_.pn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焊缝-402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4" name="Picture 8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焊缝-409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5" name="Picture 8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lrky21z.pn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6" name="Picture 8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j4ygur6.pn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7" name="Picture 8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7zxshf3.pn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焊缝-378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8" name="Picture 8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v_ojqe_.pn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焊缝-257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9" name="Picture 8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0" name="Picture 9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52tdnjn.pn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1" name="Picture 9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_cap0se.pn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2" name="Picture 9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3" name="Picture 9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7r63wc8.pn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4" name="Picture 9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pt_081z.pn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5" name="Picture 9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52tdnjn.pn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6" name="Picture 9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_cap0se.pn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7" name="Picture 9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焊缝-300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8" name="Picture 9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7r63wc8.pn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9" name="Picture 9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pt_081z.pn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焊缝-283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0" name="Picture 10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g0i9tnx.pn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1" name="Picture 10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2" name="Picture 10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h_renxx.pn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焊缝-468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3" name="Picture 10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焊缝-464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4" name="Picture 10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vcsgpy7.pn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焊缝-449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5" name="Picture 10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g0i9tnx.pn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焊缝-439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6" name="Picture 10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7" name="Picture 10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h_renxx.pn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焊缝-479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8" name="Picture 10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焊缝-487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9" name="Picture 10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vcsgpy7.pn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焊缝-495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0" name="Picture 1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kdqek91.png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焊缝-497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1" name="Picture 1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a3wyu3l.png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焊缝-508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2" name="Picture 1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fythqd1.png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3" name="Picture 1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4" name="Picture 1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yrlut0j.png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5" name="Picture 1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kdqek91.png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6" name="Picture 1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a3wyu3l.png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7" name="Picture 1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fythqd1.png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焊缝-539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8" name="Picture 1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焊缝-573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9" name="Picture 1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yrlut0j.png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焊缝-572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0" name="Picture 1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焊缝-570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1" name="Picture 1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2ya4mo9.png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焊缝-569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2" name="Picture 1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焊缝-568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3" name="Picture 1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b3tcbyw.png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焊缝-621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132641"/>
            <wp:docPr id="124" name="Picture 1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120.png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132641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焊缝-605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5" name="Picture 1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焊缝-606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6" name="Picture 1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jpe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png"/><Relationship Id="rId43" Type="http://schemas.openxmlformats.org/officeDocument/2006/relationships/image" Target="media/image35.png"/><Relationship Id="rId44" Type="http://schemas.openxmlformats.org/officeDocument/2006/relationships/image" Target="media/image36.png"/><Relationship Id="rId45" Type="http://schemas.openxmlformats.org/officeDocument/2006/relationships/image" Target="media/image37.png"/><Relationship Id="rId46" Type="http://schemas.openxmlformats.org/officeDocument/2006/relationships/image" Target="media/image38.png"/><Relationship Id="rId47" Type="http://schemas.openxmlformats.org/officeDocument/2006/relationships/image" Target="media/image39.png"/><Relationship Id="rId48" Type="http://schemas.openxmlformats.org/officeDocument/2006/relationships/image" Target="media/image40.png"/><Relationship Id="rId49" Type="http://schemas.openxmlformats.org/officeDocument/2006/relationships/image" Target="media/image41.png"/><Relationship Id="rId50" Type="http://schemas.openxmlformats.org/officeDocument/2006/relationships/image" Target="media/image42.png"/><Relationship Id="rId51" Type="http://schemas.openxmlformats.org/officeDocument/2006/relationships/image" Target="media/image43.png"/><Relationship Id="rId52" Type="http://schemas.openxmlformats.org/officeDocument/2006/relationships/image" Target="media/image44.png"/><Relationship Id="rId53" Type="http://schemas.openxmlformats.org/officeDocument/2006/relationships/image" Target="media/image45.png"/><Relationship Id="rId54" Type="http://schemas.openxmlformats.org/officeDocument/2006/relationships/image" Target="media/image46.png"/><Relationship Id="rId55" Type="http://schemas.openxmlformats.org/officeDocument/2006/relationships/image" Target="media/image47.png"/><Relationship Id="rId56" Type="http://schemas.openxmlformats.org/officeDocument/2006/relationships/image" Target="media/image48.png"/><Relationship Id="rId57" Type="http://schemas.openxmlformats.org/officeDocument/2006/relationships/image" Target="media/image49.png"/><Relationship Id="rId58" Type="http://schemas.openxmlformats.org/officeDocument/2006/relationships/image" Target="media/image50.png"/><Relationship Id="rId59" Type="http://schemas.openxmlformats.org/officeDocument/2006/relationships/image" Target="media/image51.png"/><Relationship Id="rId60" Type="http://schemas.openxmlformats.org/officeDocument/2006/relationships/image" Target="media/image52.png"/><Relationship Id="rId61" Type="http://schemas.openxmlformats.org/officeDocument/2006/relationships/image" Target="media/image53.png"/><Relationship Id="rId62" Type="http://schemas.openxmlformats.org/officeDocument/2006/relationships/image" Target="media/image54.png"/><Relationship Id="rId63" Type="http://schemas.openxmlformats.org/officeDocument/2006/relationships/image" Target="media/image55.png"/><Relationship Id="rId64" Type="http://schemas.openxmlformats.org/officeDocument/2006/relationships/image" Target="media/image56.png"/><Relationship Id="rId65" Type="http://schemas.openxmlformats.org/officeDocument/2006/relationships/image" Target="media/image57.png"/><Relationship Id="rId66" Type="http://schemas.openxmlformats.org/officeDocument/2006/relationships/image" Target="media/image58.png"/><Relationship Id="rId67" Type="http://schemas.openxmlformats.org/officeDocument/2006/relationships/image" Target="media/image59.png"/><Relationship Id="rId68" Type="http://schemas.openxmlformats.org/officeDocument/2006/relationships/image" Target="media/image60.png"/><Relationship Id="rId69" Type="http://schemas.openxmlformats.org/officeDocument/2006/relationships/image" Target="media/image61.png"/><Relationship Id="rId70" Type="http://schemas.openxmlformats.org/officeDocument/2006/relationships/image" Target="media/image62.png"/><Relationship Id="rId71" Type="http://schemas.openxmlformats.org/officeDocument/2006/relationships/image" Target="media/image63.png"/><Relationship Id="rId72" Type="http://schemas.openxmlformats.org/officeDocument/2006/relationships/image" Target="media/image64.png"/><Relationship Id="rId73" Type="http://schemas.openxmlformats.org/officeDocument/2006/relationships/image" Target="media/image65.png"/><Relationship Id="rId74" Type="http://schemas.openxmlformats.org/officeDocument/2006/relationships/image" Target="media/image66.png"/><Relationship Id="rId75" Type="http://schemas.openxmlformats.org/officeDocument/2006/relationships/image" Target="media/image67.png"/><Relationship Id="rId76" Type="http://schemas.openxmlformats.org/officeDocument/2006/relationships/image" Target="media/image68.png"/><Relationship Id="rId77" Type="http://schemas.openxmlformats.org/officeDocument/2006/relationships/image" Target="media/image69.png"/><Relationship Id="rId78" Type="http://schemas.openxmlformats.org/officeDocument/2006/relationships/image" Target="media/image70.png"/><Relationship Id="rId79" Type="http://schemas.openxmlformats.org/officeDocument/2006/relationships/image" Target="media/image7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