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河北大学2区天然气管道工程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报告编号：TMPL-20260716103859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004-2021标准，本次所检140道焊缝（焊缝-02至焊缝-05）中，140道评定为I级（无缺陷），结论为合格；结论均为合格。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河北大学2区位于莲池区东关办事处，始建于1984/1996年，户外燃气管道焊缝共计1672道。现对其部分焊缝进行抽检，抽检数量286道，抽检部位见附页。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河北大学2区户外燃气管道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140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报告编号：TMPL-20260716103859</w:t>
      </w:r>
    </w:p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34_8tj_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0iprhi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52vc73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udv_7vw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gw6las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cv_3e_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15lf5f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gw6las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cv_3e_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15lf5f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e4vpn9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xt_uatx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q0qe62v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e4vpn9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xt_uatx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q0qe62v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v7hyj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o0zpnkg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v7hyj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o0zpnkg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z82c0q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f_m0dkr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sa35leg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9mv946w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z82c0q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f_m0dkr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sa35leg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9mv946w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h23pcpg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m3csi1z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9zcii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ksqrw16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04erh87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h23pcpg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m3csi1z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9zcii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ksqrw16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04erh87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ai84bj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o0qrfm7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ai84bj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o0qrfm7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8dpyah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kp1v_5i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7re9i43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k_un_y8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0fl8igw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8dpyah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kp1v_5i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7re9i43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k_un_y8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0fl8igw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8ajljbq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m0xkr4c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eds1x2x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go2lfh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8ajljbq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m0xkr4c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eds1x2x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go2lfh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acnqc94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qn82qw1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gd30u1q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th_xi3p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acnqc94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qn82qw1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gd30u1q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th_xi3p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5rlasyz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w44ltlf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3bwyxq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176uwbw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o27dbft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5rlasyz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w44ltlf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3bwyxq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176uwbw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o27dbft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cg47g__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fc9z7p8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vu9n4qy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yh_p8m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cg47g__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fc9z7p8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vu9n4qy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yh_p8m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d4h4vzi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2p1e19g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hy28frf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vgs3j8g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g5plg47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d4h4vzi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2p1e19g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hy28frf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vgs3j8g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g5plg47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z3y_5rs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8lg_s4x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d2s7olg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mlck56c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0jnvlp8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z3y_5rs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8lg_s4x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d2s7olg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mlck56c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0jnvlp8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qdyyff9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9e9yga3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xwo00j1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40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