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环南6号楼天然气管道工程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报告编号：TMPL-20260716110116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004-2021标准，本次所检20道焊缝（焊缝-57至焊缝-17）中，20道评定为I级（无缺陷），结论为合格；结论均为合格。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环南6号楼位于莲池区裕华路办事处，始建于1994年，户外燃气管道焊缝共计130道。现对其部分焊缝进行抽检，抽检数量20道，抽检部位见附页。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环南6号楼户外燃气管道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20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报告编号：TMPL-20260716110116</w:t>
      </w:r>
    </w:p>
    <w:p>
      <w:r>
        <w:rPr>
          <w:b/>
          <w:sz w:val="22"/>
        </w:rPr>
        <w:t>焊缝-57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gqa7q31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5s4bju4m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7iou5zl_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ycjlpm9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ddj2adyl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4gwwdjw4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_yeml20b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nracsnfm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ddj2adyl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4gwwdjw4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_yeml20b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nracsnfm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wrkhgtu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b8tkpzmo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531902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t_0020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531902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