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教委小区天然气管道工程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报告编号：TMPL-20260716111551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004-2021标准，本次所检42道焊缝（焊缝-3至焊缝-187）中，42道评定为I级（无缺陷），结论为合格；结论均为合格。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教委小区位于竞秀区新市场街道办，始建于1999年，户外燃气管道焊缝共计168道。现对其部分焊缝进行抽检，抽检数量42道，抽检部位见附页。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教委小区户外燃气管道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42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报告编号：TMPL-20260716111551</w:t>
      </w:r>
    </w:p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afsg9v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qc5rpa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knbu8r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ldo_vdb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87x6ii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a21yn5g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_97y7gh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o56q91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du04ygx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87x6ii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a21yn5g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_97y7gh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o56q91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du04ygx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54nb1eq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_y5w98_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lwl34zg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54nb1eq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_y5w98_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lwl34zg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xhmukzx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2bbfwca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log0ptd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z9aq53y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meq8yvw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xhmukzx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2bbfwca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log0ptd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z9aq53y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meq8yvw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_9ikjgx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rljvxyw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_9ikjgx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ddp7x5u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