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金属公司宿舍天然气管道工程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报告编号：TMPL-20260716114018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004-2021标准，本次所检16道焊缝（焊缝-27至焊缝-6）中，16道评定为I级（无缺陷），结论为合格；结论均为合格。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金属公司宿舍位于竞秀区建南街道办，始建于1999年，户外燃气管道焊缝共计112道。现对其部分焊缝进行抽检，抽检数量16道，抽检部位见附页。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金属公司宿舍户外燃气管道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16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报告编号：TMPL-20260716114018</w:t>
      </w:r>
    </w:p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dx_lww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tx2gil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tt20z2z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199aew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n9wc6p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_6jqhv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nhhhv8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j3s7l8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l_yvv9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_6jqhv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nhhhv8o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7nes_ut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