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金霞别墅小区天然气管道工程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报告编号：TMPL-20260716115741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004-2021标准，本次所检12道焊缝（焊缝-29至焊缝-63）中，12道评定为I级（无缺陷），结论为合格；结论均为合格。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金霞别墅小区位于高新区朝阳街道办，始建于1993年，户外燃气管道焊缝共计74道。现对其部分焊缝进行抽检，抽检数量12道，抽检部位见附页。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金霞别墅小区户外燃气管道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71259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598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报告编号：TMPL-20260716115741</w:t>
      </w:r>
    </w:p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mqqvco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c6niib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5w4fl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yzc7ai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04w48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22h7vg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5w4fl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