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蓝天佳苑天然气管道工程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报告编号：TMPL-20260716122223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004-2021标准，本次所检27道焊缝（焊缝-38至焊缝-73）中，27道评定为I级（无缺陷），结论为合格；结论均为合格。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蓝天佳苑位于竞秀区韩北街道办，始建于1998年，户外燃气管道焊缝共计124道。现对其部分焊缝进行抽检，抽检数量27道，抽检部位见附页。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蓝天佳苑户外燃气管道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报告编号：TMPL-20260716122223</w:t>
      </w:r>
    </w:p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d1gnusz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ebs3xq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hyekiz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64p_1n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6nb9a4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ahuosg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e1t7_6k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64p_1n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6nb9a4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ahuosg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e1t7_6k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4cnd_d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6t5t69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h97y_4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c_m2emm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4cnd_d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6t5t69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h97y_4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8nacd4k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w3ov62x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