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莲池南大街西区1-6号楼天然气管道工程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报告编号：TMPL-20260716122709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004-2021标准，本次所检21道焊缝（焊缝-23至焊缝-73）中，21道评定为I级（无缺陷），结论为合格；结论均为合格。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莲池南大街西区1-6号楼位于莲池区和平里办事处，始建于1996年，户外燃气管道焊缝共计203道。现对其部分焊缝进行抽检，抽检数量21道，抽检部位见附页。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莲池南大街西区1-6号楼户外燃气管道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报告编号：TMPL-20260716122709</w:t>
      </w:r>
    </w:p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vr7al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wjjm0o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38z7bw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yrpud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oe6rg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38z7bw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yrpud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oe6rg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ak3xzyq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7h7b9uk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eo7lsb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