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绿园小区天然气管道工程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报告编号：TMPL-20260716123138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004-2021标准，本次所检32道焊缝（焊缝-23至焊缝-2）中，32道评定为I级（无缺陷），结论为合格；结论均为合格。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绿园小区位于竞秀区建南街道办，始建于2000年，户外燃气管道焊缝共计266道。现对其部分焊缝进行抽检，抽检数量32道，抽检部位见附页。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绿园小区户外燃气管道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报告编号：TMPL-20260716123138</w:t>
      </w:r>
    </w:p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6t8n7s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98311i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20denq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2jxi8j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19k2by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ijtsz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9v2jen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blf5_k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05kjdw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ijtsz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9v2jen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blf5_k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05kjdw5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01s4il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b4cyv9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dbgsm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lyz_e1n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01s4il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b4cyv9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7dbgsmc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lyz_e1n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__9hgg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onymg5k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0ri6v3y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b_4zn2y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__9hgg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oy9i28k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