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棉麻公司宿舍天然气管道工程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报告编号：TMPL-20260716123958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004-2021标准，本次所检15道焊缝（焊缝-5至焊缝-21）中，15道评定为I级（无缺陷），结论为合格；结论均为合格。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2026年7月16日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棉麻公司宿舍位于莲池区永华路办事处，始建于1989年，户外燃气管道焊缝共计72道。现对其部分焊缝进行抽检，抽检数量15道，抽检部位见附页。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棉麻公司宿舍户外燃气管道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39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392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15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p>
      <w:r>
        <w:br w:type="page"/>
      </w:r>
    </w:p>
    <w:p>
      <w:r>
        <w:rPr>
          <w:b/>
          <w:color w:val="1A1A2E"/>
          <w:sz w:val="32"/>
        </w:rPr>
        <w:t>附  图</w:t>
      </w:r>
    </w:p>
    <w:p>
      <w:r>
        <w:rPr>
          <w:color w:val="666666"/>
          <w:sz w:val="18"/>
        </w:rPr>
        <w:t>报告编号：TMPL-20260716123958</w:t>
      </w:r>
    </w:p>
    <w:p>
      <w:r>
        <w:rPr>
          <w:b/>
          <w:sz w:val="22"/>
        </w:rPr>
        <w:t>焊缝-5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p11iqv2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2icv6g67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jry_7ii0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pf6c3c_c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6n1ly8h_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uvnstpc9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b68801kv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ch44tzcb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6n1ly8h_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uvnstpc9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b68801kv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i_xh1nfo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ls2tw28a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