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轻工宿舍天然气管道工程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报告编号：TMPL-20260716124327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004-2021标准，本次所检30道焊缝（焊缝-18至焊缝-38）中，30道评定为I级（无缺陷），结论为合格；结论均为合格。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轻工宿舍位于竞秀区韩北街道办，始建于1995年，户外燃气管道焊缝共计55道。现对其部分焊缝进行抽检，抽检数量30道，抽检部位见附页。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轻工宿舍户外燃气管道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538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5389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报告编号：TMPL-20260716124327</w:t>
      </w:r>
    </w:p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7994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7994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c4oegg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_p4_4f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hd9qcq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t467gqd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mzkd__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j0iiq_7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qyrjixg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6y30br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mzkd__l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j0iiq_7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qyrjixg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6y30br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7vwhh1w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v4sg9c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jev2eea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sa37403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kzi3qk0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t7vwhh1w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dv4sg9c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jev2eea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sa37403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5kzi3qk0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b24gr2m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5zooqzl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vhiv5s1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h4mjsms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