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日报社竞秀小区天然气管道工程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报告编号：TMPL-20260716125450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004-2021标准，本次所检33道焊缝（焊缝-3至焊缝-59）中，33道评定为I级（无缺陷），结论为合格；结论均为合格。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日报社竞秀小区位于竞秀区新市场街道办，始建于1993年，户外燃气管道焊缝共计256道。现对其部分焊缝进行抽检，抽检数量33道，抽检部位见附页。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日报社竞秀小区户外燃气管道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33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报告编号：TMPL-20260716125450</w:t>
      </w:r>
    </w:p>
    <w:p>
      <w:r>
        <w:rPr>
          <w:b/>
          <w:sz w:val="22"/>
        </w:rPr>
        <w:t>焊缝-3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2195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00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219574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4ry_3df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2271a3g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8fu1ir7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6_n16v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juf_alj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2815q5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7f9u3a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2bodux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6_n16vh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juf_alj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j2815q5u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7f9u3ad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2boduxd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dieu99k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7n1zvay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yhk7wo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dieu99k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7n1zvay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yhk7wo2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1vn493t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h6mg5fx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q0c251a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yvnujt2v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g_om9qd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1vn493t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