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胜利南巷二片区（冷冻厂宿舍1-5号楼、物资局宿舍）宿舍天然气管道工程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报告编号：TMPL-20260716140012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004-2021标准，本次所检20道焊缝（焊缝-4至焊缝-96）中，20道评定为I级（无缺陷），结论为合格；结论均为合格。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胜利南巷二片区（冷冻厂宿舍1-5号楼、物资局宿舍）位于竞秀区先锋街道办，始建于1980年，户外燃气管道焊缝共计266道。现对其部分焊缝进行抽检，抽检数量20道，抽检部位见附页。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胜利南巷二片区（冷冻厂宿舍1-5号楼、物资局宿舍）宿舍户外燃气管道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20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报告编号：TMPL-20260716140012</w:t>
      </w:r>
    </w:p>
    <w:p>
      <w:r>
        <w:rPr>
          <w:b/>
          <w:sz w:val="22"/>
        </w:rPr>
        <w:t>焊缝-4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zm9e5ga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a0v5hch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7ltnm2j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bip3u8i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ikflk1w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g0xeanx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hbfaz1_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yc_ij5g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vhvk27l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g0xeanx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hbfaz1_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yc_ij5g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vhvk27l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8tzrxzd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124364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20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124364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