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石柱街小区天然气管道工程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报告编号：TMPL-20260716141657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004-2021标准，本次所检23道焊缝（焊缝-53至焊缝-17）中，23道评定为I级（无缺陷），结论为合格；结论均为合格。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石柱街小区位于莲池区莲池南大街东侧、石柱街以南，始建于1994年，户外燃气管道焊缝共计133道。现对其部分焊缝进行抽检，抽检数量21道，抽检部位见附页。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石柱街小区户外燃气管道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报告编号：TMPL-20260716141657</w:t>
      </w:r>
    </w:p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403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4033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6no9a3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2kva6b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s7il5hz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2rcygh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sqgicgj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s7il5hz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2rcygh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sqgicgj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ind9fvd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of585q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p6dx74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00rv2bd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焊缝-17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