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市工商局宿舍天然气管道工程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报告编号：TMPL-20260716142338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004-2021标准，本次所检28道焊缝（焊缝-29至焊缝-131）中，28道评定为I级（无缺陷），结论为合格；结论均为合格。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市工商局宿舍位于竞秀区先锋街道办，始建于1990年，户外燃气管道焊缝共计228道。现对其部分焊缝进行抽检，抽检数量61道，抽检部位见附页。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市工商局宿舍户外燃气管道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报告编号：TMPL-20260716142338</w:t>
      </w:r>
    </w:p>
    <w:p>
      <w:r>
        <w:rPr>
          <w:b/>
          <w:sz w:val="22"/>
        </w:rPr>
        <w:t>焊缝-29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52189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0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21899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v4ulnqc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r2xpe7y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3217e9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d688v2x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9i0lmj_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wf6ob_9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voygn7c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ccd9366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wf6ob_9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voygn7c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ccd9366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7_q3pzq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7tjexs6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20r10g8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sm9gr86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szfdgaa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7_q3pzq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7tjexs6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20r10g8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sm9gr86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auu1m8b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fg5c9vb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x16y2ba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