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市人防办宿舍天然气管道工程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报告编号：TMPL-20260716142833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004-2021标准，本次所检7道焊缝（焊缝-6至焊缝-23）中，7道评定为I级（无缺陷），结论为合格；结论均为合格。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市人防办宿舍位于竞秀区韩北街道办，始建于1998年，户外燃气管道焊缝共计30道。现对其部分焊缝进行抽检，抽检数量7道，抽检部位见附页。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市人防办宿舍户外燃气管道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报告编号：TMPL-20260716142833</w:t>
      </w:r>
    </w:p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3264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3264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1_6330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p6aq97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nbr4tqr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tk5qmi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izb3b8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ys58qj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