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市政府六号生活区天然气管道工程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报告编号：TMPL-20260716143218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004-2021标准，本次所检48道焊缝（焊缝-18至焊缝-16）中，48道评定为I级（无缺陷），结论为合格；结论均为合格。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市政府六号生活区位于莲池区和平里办事处，始建于1990年，户外燃气管道焊缝共计360道。现对其部分焊缝进行抽检，抽检数量48道，抽检部位见附页。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市政府六号生活区户外燃气管道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报告编号：TMPL-20260716143218</w:t>
      </w:r>
    </w:p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ewc77nj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w9au4z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glt6hz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eivp8aj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vmcweii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iwoty9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8y283x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eivp8aj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vmcweii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iwoty9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8y283x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g1xst8n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ezvxtgz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dgir1ta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fq9m_5g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8al6t6q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g1xst8n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ezvxtgz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dgir1ta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fq9m_5g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8al6t6q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a9g3xkg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zfobuf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a9g3xkg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zfobuf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3_fuc19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zgsea0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hbwcj8c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jd_eg7d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zicc2l0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3_fuc19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zgsea0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hbwcj8c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jd_eg7d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nz7k32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j515jzg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bi0h3rg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