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市直机关宿舍4号区天然气管道工程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报告编号：TMPL-20260716144352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004-2021标准，本次所检40道焊缝（焊缝-127至焊缝-59）中，40道评定为I级（无缺陷），结论为合格；结论均为合格。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市直机关宿舍4号区位于竞秀区先锋街道办，始建于1990年，户外燃气管道焊缝共计226道。现对其部分焊缝进行抽检，抽检数量40道，抽检部位见附页。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市直机关宿舍4号区户外燃气管道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报告编号：TMPL-20260716144352</w:t>
      </w:r>
    </w:p>
    <w:p>
      <w:r>
        <w:rPr>
          <w:b/>
          <w:sz w:val="22"/>
        </w:rPr>
        <w:t>焊缝-127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qlp586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y96n7nq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1a1kgmj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3d1byq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1a1kgmj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3d1byq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hitjhn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ssbtrb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ryagr3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a99g6u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3c15h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hitjhn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ssbtrb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ryagr3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a99g6u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h3c15h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m638yb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icwm8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0n0qun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_6erdo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m638yb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icwm8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0n0qun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_6erdog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qjv9bu9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53bgvm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aig2e8h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f3hk7jn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40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