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外贸宿舍环卫宿舍天然气管道工程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报告编号：TMPL-20260716144817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004-2021标准，本次所检53道焊缝（焊缝-2至焊缝-137）中，53道评定为I级（无缺陷），结论为合格；结论均为合格。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外贸宿舍环卫宿舍位于莲池区西关办事处，始建于80年代，户外燃气管道焊缝共计54道。现对其部分焊缝进行抽检，抽检数量53道，抽检部位见附页。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外贸宿舍环卫宿舍户外燃气管道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53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报告编号：TMPL-20260716144817</w:t>
      </w:r>
    </w:p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qy290c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05chjc_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cgastem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9y6rqh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v5j0x4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k9xnun_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u9lxag6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715et8i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v5j0x4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k9xnun_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u9lxag6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715et8i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h3xn2cj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5dvb34o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q4_hpx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io7qh9a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h3xn2cj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5dvb34o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q4_hpx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io7qh9a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ilszfw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klqjj83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xha81a1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ilszfw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klqjj83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xha81a1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98_w51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xzjflh2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c89v233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u3f3pw3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98_w51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xzjflh2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c89v233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u3f3pw3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xgkmmnw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ptioql6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zj4o8gr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l2ex8_7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xgkmmnw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ptioql6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53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