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微生物小区天然气管道工程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报告编号：TMPL-20260716150513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004-2021标准，本次所检16道焊缝（焊缝-43至焊缝-18）中，16道评定为I级（无缺陷），结论为合格；结论均为合格。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微生物小区位于竞秀区东风街道办，始建于1980年，户外燃气管道焊缝共计36道。现对其部分焊缝进行抽检，抽检数量16道，抽检部位见附页。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微生物小区户外燃气管道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16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报告编号：TMPL-20260716150513</w:t>
      </w:r>
    </w:p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vy1fa2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flrqi5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ee03xc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78q_qk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e5ohh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_m9qlh_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7jxq0e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ee03xc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78q_qk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e5ohh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