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西下关邮电宿舍天然气管道工程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报告编号：TMPL-20260716151629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004-2021标准，本次所检8道焊缝（焊缝-45至焊缝-7）中，8道评定为I级（无缺陷），结论为合格；结论均为合格。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西下关邮电宿舍位于莲池区西关办事处，始建于70年代，户外燃气管道焊缝共计36道。现对其部分焊缝进行抽检，抽检数量8道，抽检部位见附页。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西下关邮电宿舍户外燃气管道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报告编号：TMPL-20260716151629</w:t>
      </w:r>
    </w:p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ql91ay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oxvzw3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fg6bz8v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jeo5f2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qgtbuh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dhti39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