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橡胶一厂宿舍天然气管道工程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报告编号：TMPL-20260716152042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004-2021标准，本次所检43道焊缝（焊缝-9至焊缝-12）中，43道评定为I级（无缺陷），结论为合格；结论均为合格。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橡胶一厂宿舍位于莲池区西关办事处，始建于1984/1999年，户外燃气管道焊缝共计190道。现对其部分焊缝进行抽检，抽检数量43道，抽检部位见附页。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橡胶一厂宿舍户外燃气管道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43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报告编号：TMPL-20260716152042</w:t>
      </w:r>
    </w:p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t22glk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ufbb8h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a2a8j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wwxq2c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ed26gc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wwxq2c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ed26gc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rediazh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e4nbfr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3yh3qes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rediazh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e4nbfr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3yh3qes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efz4k2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b_a4mid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7l0tx4i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gsl3ghx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x0_nyt5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efz4k2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b_a4mid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7l0tx4i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gsl3ghx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x0_nyt5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9cw0xex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756sg_r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sy7lz7y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duh867t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9cw0xex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24364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43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2436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