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小集前街小区天然气管道工程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报告编号：TMPL-20260716152543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004-2021标准，本次所检42道焊缝（焊缝-108至焊缝-16）中，42道评定为I级（无缺陷），结论为合格；结论均为合格。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小集前街小区位于莲池区西关办事处，始建于1980-1990年，户外燃气管道焊缝共计565道。现对其部分焊缝进行抽检，抽检数量184道，抽检部位见附页。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小集前街小区户外燃气管道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42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报告编号：TMPL-20260716152543</w:t>
      </w:r>
    </w:p>
    <w:p>
      <w:r>
        <w:rPr>
          <w:b/>
          <w:sz w:val="22"/>
        </w:rPr>
        <w:t>焊缝-108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86_s_s_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64vzdim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8w2zic5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84ul2fn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h2z5up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tup341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z6xp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ycrvq2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f73d2h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tup341r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3z6xp_0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ycrvq2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f73d2h9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nj2detj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mfam8iy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437wxi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t25he5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yf7iew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nj2detj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mfam8iy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c437wxi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rt25he52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0yf7iew8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tpwp_pq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ymc0zn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cri5j0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tpwp_pq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8ymc0zn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cri5j04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8ol_h8i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mx5jh74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t7x_r31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v08ni1ak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219574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42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21957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