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小集前街小区天然气管道工程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报告编号：TMPL-20260716152543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004-2021标准，本次所检42道焊缝（焊缝-108至焊缝-16）中，42道评定为I级（无缺陷），结论为合格；结论均为合格。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小集前街小区位于莲池区西关办事处，始建于1980-1990年，户外燃气管道焊缝共计565道。现对其部分焊缝进行抽检，抽检数量184道，抽检部位见附页。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小集前街小区户外燃气管道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3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3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39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39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42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报告编号：TMPL-20260716152543</w:t>
      </w:r>
    </w:p>
    <w:p>
      <w:r>
        <w:rPr>
          <w:b/>
          <w:sz w:val="22"/>
        </w:rPr>
        <w:t>焊缝-108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_s_sl5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s8j5mjf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1s62l8vy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itr1f4qd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km9fmgnp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skaalmv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pt69pw83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ns77frt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taet_ob5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skaalmv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pt69pw83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ns77frt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taet_ob5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c_0efrl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bb1xdaci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hon0blu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xlj_wazh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k42jdww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c_0efrl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bb1xdaci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hon0blu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xlj_wazh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k42jdww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gwwqnj8o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rvvhh3zb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sww_ann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gwwqnj8o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rvvhh3zb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sww_ann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5nd81qa9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wpsvoft9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mv2068kr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430yn9z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6219574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t_0042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21957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