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新华村17号楼天然气管道工程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报告编号：TMPL-20260716153211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004-2021标准，本次所检17道焊缝（焊缝-12至焊缝-37）中，17道评定为I级（无缺陷），结论为合格；结论均为合格。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新华村17号楼位于莲池区和平里办事处，始建于1990年，户外燃气管道焊缝共计120道。现对其部分焊缝进行抽检，抽检数量17道，抽检部位见附页。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新华村17号楼户外燃气管道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17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报告编号：TMPL-20260716153211</w:t>
      </w:r>
    </w:p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gml6x67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ryut2t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h4124c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omrcre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jipt87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hhtko5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bqfb0v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a0iu8gv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pw74fp_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jipt87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hhtko5t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bqfb0v9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a0iu8gv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48uk9r_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qinkq8r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521899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17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52189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