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二运宿舍天然气管道工程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报告编号：TMPL-20260716153454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004-2021标准，本次所检21道焊缝（焊缝-8-1至相控阵超声图）中，21道评定为I级（无缺陷），结论为合格；结论均为合格。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二运宿舍位于莲池区东关办事处，始建于1996年，户外燃气管道焊缝共计210道。现对其部分焊缝进行抽检，抽检数量20道，抽检部位见附页。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二运宿舍户外燃气管道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3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39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21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焊缝-8-1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焊缝-8-2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报告编号：TMPL-20260716153454</w:t>
      </w:r>
    </w:p>
    <w:p>
      <w:r>
        <w:rPr>
          <w:b/>
          <w:sz w:val="22"/>
        </w:rPr>
        <w:t>焊缝-8-1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7j8n5fv_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13o917t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l5vne1wl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焊缝-8-2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k90t9n4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xqkgyb1h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l5vne1wl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k90t9n4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xqkgyb1h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焊缝-24</w:t>
      </w:r>
    </w:p>
    <w:p/>
    <w:p>
      <w:r>
        <w:rPr>
          <w:b/>
          <w:sz w:val="22"/>
        </w:rPr>
        <w:t>焊缝-88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xwplm5og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焊缝-116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ihwbd_g3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相控阵超声图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6521899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t_0021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52189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