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星光小区天然气管道工程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报告编号：TMPL-20260716153604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004-2021标准，本次所检19道焊缝（焊缝-107至焊缝-12）中，19道评定为I级（无缺陷），结论为合格；结论均为合格。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星光小区位于高开区朝阳街道办，始建于1999年，户外燃气管道焊缝共计180道。现对其部分焊缝进行抽检，抽检数量19道，抽检部位见附页。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星光小区户外燃气管道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报告编号：TMPL-20260716153604</w:t>
      </w:r>
    </w:p>
    <w:p>
      <w:r>
        <w:rPr>
          <w:b/>
          <w:sz w:val="22"/>
        </w:rPr>
        <w:t>焊缝-107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fkckwo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rkt0s1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9h3_n4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fnw_66j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4y5ay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y6spy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tptayk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4y5ay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y6spy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tptayk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6t9nms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xcsth2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232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232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