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燕赵小区天然气管道工程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报告编号：TMPL-20260716154042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004-2021标准，本次所检27道焊缝（焊缝-42至焊缝-80）中，27道评定为I级（无缺陷），结论为合格；结论均为合格。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燕赵小区位于竞秀区韩北街道办，始建于1996年，户外燃气管道焊缝共计150道。现对其部分焊缝进行抽检，抽检数量27道，抽检部位见附页。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燕赵小区户外燃气管道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27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报告编号：TMPL-20260716154042</w:t>
      </w:r>
    </w:p>
    <w:p>
      <w:r>
        <w:rPr>
          <w:b/>
          <w:sz w:val="22"/>
        </w:rPr>
        <w:t>焊缝-42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d93l0rh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ii32clq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quw_d1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wwada_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k8jw5m6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1vx2qdl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7_06g27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wwada_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k8jw5m6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1vx2qdl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7_06g27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xs7xku2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diehohf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v6suyqx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6reem_j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xs7xku2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diehohf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v6suyqx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esfgql5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37994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27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7994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