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邮电器材厂宿舍天然气管道工程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报告编号：TMPL-20260716155531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004-2021标准，本次所检10道焊缝（焊缝-59至焊缝-33）中，10道评定为I级（无缺陷），结论为合格；结论均为合格。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邮电器材厂宿舍位于莲池区五四路办事处，始建于1978年，户外燃气管道焊缝共计36道。现对其部分焊缝进行抽检，抽检数量10道，抽检部位见附页。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邮电器材厂宿舍户外燃气管道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报告编号：TMPL-20260716155531</w:t>
      </w:r>
    </w:p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3c9r9vh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1jqd_i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l29cudv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ub5fbnz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3jblrq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7kwkgrf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ygx1fvj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1w4klqu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r9ki8t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3264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0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32641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