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茗畅园小区天然气管道工程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报告编号：TMPL-20260716155919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004-2021标准，本次所检66道焊缝（焊缝-71至相控阵超声图）中，66道评定为I级（无缺陷），结论为合格；结论均为合格。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茗畅园小区位于高新区朝阳街道办，始建于1999年，户外燃气管道焊缝共计300道。现对其部分焊缝进行抽检，抽检数量65道，抽检部位见附页。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茗畅园小区户外燃气管道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881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88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881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8817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66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报告编号：TMPL-20260716155919</w:t>
      </w:r>
    </w:p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zps5s6_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zps5s6_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3fsg9b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3fsg9b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eb06_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eb06_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m1e8vfl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m1e8vfl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_cug5a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_cug5a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31dk25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tlkzesp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31dk25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tlkzesp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40336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66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4033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