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长城公寓天然气管道工程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报告编号：TMPL-20260716155925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004-2021标准，本次所检34道焊缝（焊缝-138至焊缝-50）中，34道评定为I级（无缺陷），结论为合格；结论均为合格。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长城公寓位于竞秀区韩北街道办，始建于1999年，户外燃气管道焊缝共计210道。现对其部分焊缝进行抽检，抽检数量34道，抽检部位见附页。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长城公寓户外燃气管道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报告编号：TMPL-20260716155925</w:t>
      </w:r>
    </w:p>
    <w:p>
      <w:r>
        <w:rPr>
          <w:b/>
          <w:sz w:val="22"/>
        </w:rPr>
        <w:t>焊缝-138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c45ran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d6i0kj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vprxmp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paurbc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r7_2b9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avp2xb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kabov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nzq0xg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lgcy71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r7_2b9w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avp2xb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kabov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nzq0xg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lgcy71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mqrc6f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sfh8mp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hovjyww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mqrc6f7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sfh8mp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hovjyww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d8ealg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316goid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8hae7o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d8ealg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dx1d80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34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