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农机.无线电.保定商场.土地局.建材.劳动局.派出所.办事处宿舍天然气管道工程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报告编号：TMPL-20260716160230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004-2021标准，本次所检93道焊缝（焊缝-27至相控阵超声图）中，93道评定为I级（无缺陷），结论为合格；结论均为合格。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农机.无线电.保定商场.土地局.建材.劳动局.派出所.办事处宿舍位于竞秀区新市场街道办，始建于1991年，户外燃气管道焊缝共计389道。现对其部分焊缝进行抽检，抽检数量92道，抽检部位见附页。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农机.无线电.保定商场.土地局.建材.劳动局.派出所.办事处宿舍户外燃气管道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93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报告编号：TMPL-20260716160230</w:t>
      </w:r>
    </w:p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xlqanz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tdldxh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5_1ep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iz0f8q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5_1ep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iz0f8q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sh79jev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sh79jev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i6a_3b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i6a_3b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qq547y0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qq547y0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hq9u_3q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hq9u_3q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1aky_gc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_slfag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1aky_gc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_slfag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ri0ewdx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yk_vzjv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stc9h4o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ri0ewdx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yk_vzjv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stc9h4o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93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