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工行宿舍天然气管道工程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报告编号：TMPL-20260716160722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004-2021标准，本次所检49道焊缝（焊缝-72至相控阵超声图）中，49道评定为I级（无缺陷），结论为合格；结论均为合格。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工行宿舍燃气管道改造位于竞秀区先锋街道办，始建于1994年，户外燃气管道焊缝共计180道。现对其部分焊缝进行抽检，抽检数量48道，抽检部位见附页。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工行宿舍户外燃气管道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2.jpe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49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焊缝-171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报告编号：TMPL-20260716160722</w:t>
      </w:r>
    </w:p>
    <w:p>
      <w:r>
        <w:rPr>
          <w:b/>
          <w:sz w:val="22"/>
        </w:rPr>
        <w:t>焊缝-72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5hj76jq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phk17tg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5q72p4f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dwj7_fw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5hj76jq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phk17tg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5q72p4f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dwj7_fw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h75mwjz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h75mwjz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8" name="Picture 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vi8q5wr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9" name="Picture 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焊缝-171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0" name="Picture 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相控阵超声图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140336"/>
            <wp:docPr id="51" name="Picture 5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t_0049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140336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image" Target="media/image2.jpe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Relationship Id="rId36" Type="http://schemas.openxmlformats.org/officeDocument/2006/relationships/image" Target="media/image28.png"/><Relationship Id="rId37" Type="http://schemas.openxmlformats.org/officeDocument/2006/relationships/image" Target="media/image29.png"/><Relationship Id="rId38" Type="http://schemas.openxmlformats.org/officeDocument/2006/relationships/image" Target="media/image30.png"/><Relationship Id="rId39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