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纸库宿舍天然气管道工程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报告编号：TMPL-20260716161042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004-2021标准，本次所检14道焊缝（焊缝-14至焊缝-38）中，14道评定为I级（无缺陷），结论为合格；结论均为合格。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纸库宿舍位于莲池区五四路办事处，始建于1990年，户外燃气管道焊缝共计30道。现对其部分焊缝进行抽检，抽检数量14道，抽检部位见附页。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纸库宿舍户外燃气管道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3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3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3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38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14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报告编号：TMPL-20260716161042</w:t>
      </w:r>
    </w:p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pc8eqh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de3ijv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oozyb9q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q_hbu2d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mwdbtk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bia92da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453659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1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45365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