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工人新村8、9、47号楼天然气管道工程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报告编号：TMPL-20260716165342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004-2021标准，本次所检30道焊缝（焊缝-76至相控阵超声图）中，30道评定为I级（无缺陷），结论为合格；结论均为合格。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工人新村8、9、47号楼燃气管道改造位于竞秀区先锋街道办，始建于1989年，户外燃气管道焊缝共计135道。现对其部分焊缝进行抽检，抽检数量29道，抽检部位见附页。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工人新村8、9、47号楼户外燃气管道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报告编号：TMPL-20260716165342</w:t>
      </w:r>
    </w:p>
    <w:p>
      <w:r>
        <w:rPr>
          <w:b/>
          <w:sz w:val="22"/>
        </w:rPr>
        <w:t>焊缝-76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8dyev3_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0x9cto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95ve_m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0x9cto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95ve_m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xwlew66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116727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30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1672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