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供销社宿舍天然气管道工程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报告编号：TMPL-20260716165659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004-2021标准，本次所检18道焊缝（焊缝-16至相控阵超声图）中，18道评定为I级（无缺陷），结论为合格；结论均为合格。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胜利北巷一片区（农行宿舍2-3号楼、供销社宿舍）燃气管道改造位于竞秀区先锋街道办，始建于1989年，户外燃气管道焊缝共计135道。现对其部分焊缝进行抽检，抽检数量9道，抽检部位见附页。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五金宿舍户外燃气管道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2.jpe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18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报告编号：TMPL-20260716165659</w:t>
      </w:r>
    </w:p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k9dtsax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p6ukxtg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60qzfvw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0075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18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0075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jpe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