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公安局宿舍（韩北办）天然气管道工程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报告编号：TMPL-20260716170440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004-2021标准，本次所检51道焊缝（焊缝-32至相控阵超声图）中，51道评定为I级（无缺陷），结论为合格；结论均为合格。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公安局宿舍（韩北办）燃气管道改造位于竞秀区韩北街道办，始建于1995年，户外燃气管道焊缝共计156道。现对其部分焊缝进行抽检，抽检数量50道，抽检部位见附页。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公安局宿舍（韩北办）户外燃气管道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报告编号：TMPL-20260716170440</w:t>
      </w:r>
    </w:p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xu8tf4x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fwbv7lx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wf0pqa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wo6cvk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rx53oo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rx53ooy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v_sjf1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lrjjik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v_sjf1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tlrjjik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7p6i7v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7p6i7v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xquk86r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xquk86r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/>
    <w:p>
      <w:r>
        <w:rPr>
          <w:b/>
          <w:sz w:val="22"/>
        </w:rPr>
        <w:t>焊缝-80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3e1gqa7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5979408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5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9794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