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广电宿舍燃气天然气管道工程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报告编号：TMPL-20260716170918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004-2021标准，本次所检29道焊缝（焊缝-11至相控阵超声图）中，29道评定为I级（无缺陷），结论为合格；结论均为合格。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广电宿舍燃气管道改造位于竞秀区韩北街道办，始建于1989年，户外燃气管道焊缝共计83道。现对其部分焊缝进行抽检，抽检数量28道，抽检部位见附页。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广电宿舍燃气户外燃气管道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279434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79434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29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报告编号：TMPL-20260716170918</w:t>
      </w:r>
    </w:p>
    <w:p>
      <w:r>
        <w:rPr>
          <w:b/>
          <w:sz w:val="22"/>
        </w:rPr>
        <w:t>焊缝-11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tzxcxc6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pdaz8zf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m3wpzxh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m3wpzxh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a8ffvtr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yjuc3jt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a8ffvtr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yjuc3jt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2jtymao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116727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29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116727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