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报告编号：TMPL-20260716172102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3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38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报告编号：TMPL-20260716172102</w:t>
      </w:r>
    </w:p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kib7zf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3ges16x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b404jp_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3ges16x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b404jp_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kyz06hd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7nfolq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kyz06hd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7nfolq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2pkneoa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40336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3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4033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