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帅府小区天然气管道工程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报告编号：TMPL-20260716174927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004-2021标准，本次所检124道焊缝（焊缝-50至相控阵超声图）中，124道评定为I级（无缺陷），结论为合格；结论均为合格。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帅府小区位于莲池区和平里办事处，始建于1996年，户外燃气管道焊缝共计707道。现对其部分焊缝进行抽检，抽检数量123道，抽检部位见附页。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WF19007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帅府小区户外燃气管道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3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3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3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38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124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报告编号：TMPL-20260716174927</w:t>
      </w:r>
    </w:p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tmqdyo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j2jy4dj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5bpjl7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j2jy4dj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5bpjl7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vhn6vym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dsqyesj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xdyrcjn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vhn6vym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dsqyesj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xdyrcjn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21zuspu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21zuspu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1_d272i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1_d272i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ud646fc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gt4h3ki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lyd5l66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ud646fc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gt4h3ki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lyd5l66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exeg4m0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exeg4m0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fplmopd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fplmopd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71fr1ep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6yv812h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71fr1ep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5" name="Picture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6" name="Picture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6yv812h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7" name="Picture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8" name="Picture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9" name="Picture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einant8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0" name="Picture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ntotsuk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1" name="Picture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pqzo339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2" name="Picture 1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wsunt25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3" name="Picture 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4" name="Picture 1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einant8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5" name="Picture 1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e9u_ysi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126" name="Picture 1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124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