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帅府小区天然气管道工程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报告编号：TMPL-20260716174927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004-2021标准，本次所检124道焊缝（焊缝-50至相控阵超声图）中，124道评定为I级（无缺陷），结论为合格；结论均为合格。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2026年7月16日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帅府小区位于莲池区和平里办事处，始建于1996年，户外燃气管道焊缝共计707道。现对其部分焊缝进行抽检，抽检数量123道，抽检部位见附页。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CTS-PA22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WF19007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SCQsp-1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帅府小区户外燃气管道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5633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d_00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33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5633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d_002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3388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124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焊缝-292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焊缝-285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焊缝-303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焊缝-293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焊缝-298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焊缝-287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焊缝-290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焊缝-253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焊缝-263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焊缝-268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焊缝-155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焊缝-167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焊缝-175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焊缝-182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焊缝-184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焊缝-191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焊缝-197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焊缝-202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焊缝-204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焊缝-209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焊缝-343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焊缝-380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焊缝-385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焊缝-394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焊缝-399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焊缝-403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焊缝-476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焊缝-465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焊缝-460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焊缝-440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焊缝-442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相控阵超声图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p>
      <w:r>
        <w:br w:type="page"/>
      </w:r>
    </w:p>
    <w:p>
      <w:r>
        <w:rPr>
          <w:b/>
          <w:color w:val="1A1A2E"/>
          <w:sz w:val="32"/>
        </w:rPr>
        <w:t>附  图</w:t>
      </w:r>
    </w:p>
    <w:p>
      <w:r>
        <w:rPr>
          <w:color w:val="666666"/>
          <w:sz w:val="18"/>
        </w:rPr>
        <w:t>报告编号：TMPL-20260716174927</w:t>
      </w:r>
    </w:p>
    <w:p>
      <w:r>
        <w:rPr>
          <w:b/>
          <w:sz w:val="22"/>
        </w:rPr>
        <w:t>焊缝-50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3nl4w50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焊缝-292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焊缝-285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焊缝-303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焊缝-293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焊缝-298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焊缝-287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焊缝-290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k3r1y0hw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bixda6d3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k3r1y0hw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bixda6d3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yntmwl1w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b1631pok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焊缝-248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e4xswrz_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焊缝-253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焊缝-258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焊缝-263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yntmwl1w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焊缝-268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b1631pok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焊缝-237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e4xswrz_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焊缝-117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焊缝-118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焊缝-119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焊缝-144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焊缝-148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焊缝-155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焊缝-158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焊缝-167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焊缝-175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焊缝-182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焊缝-184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9mdqs79_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焊缝-191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焊缝-197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焊缝-202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焊缝-204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9mdqs79_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焊缝-209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焊缝-222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焊缝-227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焊缝-348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焊缝-343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6yc4iz7c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焊缝-316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焊缝-317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6yc4iz7c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9" name="Picture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d3_fhl5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0" name="Picture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1" name="Picture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2u4u7xde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2" name="Picture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4vjzqtvv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焊缝-21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3" name="Picture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4" name="Picture 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d3_fhl5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5" name="Picture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6" name="Picture 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2u4u7xde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焊缝-358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7" name="Picture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4vjzqtvv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8" name="Picture 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9" name="Picture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焊缝-84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0" name="Picture 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1" name="Picture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2" name="Picture 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0ti6xy4y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3" name="Picture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4" name="Picture 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5" name="Picture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焊缝-83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6" name="Picture 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焊缝-88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7" name="Picture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0ti6xy4y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8" name="Picture 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焊缝-380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9" name="Picture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焊缝-385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焊缝-394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焊缝-126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4nj8scfk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焊缝-53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焊缝-68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4nj8scfk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焊缝-399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4wihzxj_.pn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焊缝-403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焊缝-415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dvv2127g.pn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焊缝-416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焊缝-421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焊缝-476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4wihzxj_.pn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焊缝-465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焊缝-460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dvv2127g.pn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焊缝-429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egypq5x.pn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焊缝-431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07zpo0vv.pn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46y2i2m6.pn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焊缝-433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zg688u3n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焊缝-108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焊缝-440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egypq5x.pn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焊缝-442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jkb3opcs.pn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相控阵超声图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6381967"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tt_0124.pn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38196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