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双彩小区小区天然气管道工程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报告编号：TMPL-20260716175354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004-2021标准，本次所检122道焊缝（焊缝-97至相控阵超声图）中，122道评定为I级（无缺陷），结论为合格；结论均为合格。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双彩小区位于莲池区和平里办事处，始建于1998年，户外燃气管道焊缝共计769道。现对其部分焊缝进行抽检，抽检数量121道，抽检部位见附页。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CTS-PA22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WF19007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SCQsp-1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双彩小区小区户外燃气管道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38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388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122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焊缝-189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焊缝-383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焊缝-382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焊缝-381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焊缝-380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焊缝-379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焊缝-378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报告编号：TMPL-20260716175354</w:t>
      </w:r>
    </w:p>
    <w:p>
      <w:r>
        <w:rPr>
          <w:b/>
          <w:sz w:val="22"/>
        </w:rPr>
        <w:t>焊缝-97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ap7qzt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srbju_f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srbju_f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8mfvo46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8mfvo46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heasfby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heasfby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焊缝-175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焊缝-240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xvs43o9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2oof92f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8jxayx1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xvs43o9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焊缝-209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3" name="Picture 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焊缝-206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4" name="Picture 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2oof92f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焊缝-204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5" name="Picture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8jxayx1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6" name="Picture 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7" name="Picture 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8" name="Picture 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焊缝-209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9" name="Picture 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焊缝-206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0" name="Picture 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焊缝-205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1" name="Picture 6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焊缝-204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2" name="Picture 6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焊缝-203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3" name="Picture 6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焊缝-178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4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焊缝-194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5" name="Picture 6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焊缝-198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6" name="Picture 6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焊缝-189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7" name="Picture 6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s397vl5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8" name="Picture 6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4qktn1d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9" name="Picture 6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0" name="Picture 7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anw9jlk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1" name="Picture 7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a5ggbti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2" name="Picture 7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s397vl5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3" name="Picture 7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4qktn1d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4" name="Picture 7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5" name="Picture 7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anw9jlk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6" name="Picture 7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a5ggbti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焊缝-309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7" name="Picture 7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_lf84v1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焊缝-308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8" name="Picture 7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焊缝-303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9" name="Picture 7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nzvdjfq.pn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焊缝-302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0" name="Picture 8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1" name="Picture 8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2" name="Picture 8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_lf84v1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焊缝-383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3" name="Picture 8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焊缝-382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4" name="Picture 8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nzvdjfq.pn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焊缝-381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5" name="Picture 8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焊缝-380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6" name="Picture 8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焊缝-379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7" name="Picture 8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焊缝-378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8" name="Picture 8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焊缝-377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9" name="Picture 8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焊缝-373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0" name="Picture 9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2j8xr1n.pn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焊缝-366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1" name="Picture 9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焊缝-358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2" name="Picture 9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焊缝-356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3" name="Picture 9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焊缝-355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4" name="Picture 9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焊缝-348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5" name="Picture 9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2j8xr1n.pn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焊缝-347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6" name="Picture 9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7" name="Picture 9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8" name="Picture 9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soe5ggv.pn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9" name="Picture 9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0" name="Picture 10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1" name="Picture 10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2" name="Picture 10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3" name="Picture 10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soe5ggv.pn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4" name="Picture 10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5" name="Picture 10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焊缝-288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6" name="Picture 10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焊缝-286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7" name="Picture 10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焊缝-284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8" name="Picture 10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焊缝-279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9" name="Picture 10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焊缝-274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0" name="Picture 1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1" name="Picture 1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i6olehz.png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2" name="Picture 1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焊缝-258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3" name="Picture 1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焊缝-253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4" name="Picture 1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焊缝-240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5" name="Picture 1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焊缝-250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6" name="Picture 1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i6olehz.png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焊缝-255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7" name="Picture 1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tujqpo3.png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8" name="Picture 1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9" name="Picture 1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g3v42em.png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0" name="Picture 1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焊缝-287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1" name="Picture 1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2" name="Picture 1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tujqpo3.png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521899"/>
            <wp:docPr id="123" name="Picture 1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122.png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21899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image" Target="media/image32.png"/><Relationship Id="rId41" Type="http://schemas.openxmlformats.org/officeDocument/2006/relationships/image" Target="media/image33.png"/><Relationship Id="rId42" Type="http://schemas.openxmlformats.org/officeDocument/2006/relationships/image" Target="media/image34.png"/><Relationship Id="rId43" Type="http://schemas.openxmlformats.org/officeDocument/2006/relationships/image" Target="media/image35.png"/><Relationship Id="rId44" Type="http://schemas.openxmlformats.org/officeDocument/2006/relationships/image" Target="media/image36.png"/><Relationship Id="rId45" Type="http://schemas.openxmlformats.org/officeDocument/2006/relationships/image" Target="media/image37.png"/><Relationship Id="rId46" Type="http://schemas.openxmlformats.org/officeDocument/2006/relationships/image" Target="media/image38.png"/><Relationship Id="rId47" Type="http://schemas.openxmlformats.org/officeDocument/2006/relationships/image" Target="media/image39.png"/><Relationship Id="rId48" Type="http://schemas.openxmlformats.org/officeDocument/2006/relationships/image" Target="media/image40.png"/><Relationship Id="rId49" Type="http://schemas.openxmlformats.org/officeDocument/2006/relationships/image" Target="media/image41.png"/><Relationship Id="rId50" Type="http://schemas.openxmlformats.org/officeDocument/2006/relationships/image" Target="media/image42.png"/><Relationship Id="rId51" Type="http://schemas.openxmlformats.org/officeDocument/2006/relationships/image" Target="media/image43.png"/><Relationship Id="rId52" Type="http://schemas.openxmlformats.org/officeDocument/2006/relationships/image" Target="media/image44.png"/><Relationship Id="rId53" Type="http://schemas.openxmlformats.org/officeDocument/2006/relationships/image" Target="media/image45.png"/><Relationship Id="rId54" Type="http://schemas.openxmlformats.org/officeDocument/2006/relationships/image" Target="media/image46.png"/><Relationship Id="rId55" Type="http://schemas.openxmlformats.org/officeDocument/2006/relationships/image" Target="media/image47.png"/><Relationship Id="rId56" Type="http://schemas.openxmlformats.org/officeDocument/2006/relationships/image" Target="media/image48.png"/><Relationship Id="rId57" Type="http://schemas.openxmlformats.org/officeDocument/2006/relationships/image" Target="media/image49.png"/><Relationship Id="rId58" Type="http://schemas.openxmlformats.org/officeDocument/2006/relationships/image" Target="media/image50.png"/><Relationship Id="rId59" Type="http://schemas.openxmlformats.org/officeDocument/2006/relationships/image" Target="media/image51.png"/><Relationship Id="rId60" Type="http://schemas.openxmlformats.org/officeDocument/2006/relationships/image" Target="media/image52.png"/><Relationship Id="rId61" Type="http://schemas.openxmlformats.org/officeDocument/2006/relationships/image" Target="media/image53.png"/><Relationship Id="rId62" Type="http://schemas.openxmlformats.org/officeDocument/2006/relationships/image" Target="media/image54.png"/><Relationship Id="rId63" Type="http://schemas.openxmlformats.org/officeDocument/2006/relationships/image" Target="media/image55.png"/><Relationship Id="rId64" Type="http://schemas.openxmlformats.org/officeDocument/2006/relationships/image" Target="media/image56.png"/><Relationship Id="rId65" Type="http://schemas.openxmlformats.org/officeDocument/2006/relationships/image" Target="media/image57.png"/><Relationship Id="rId66" Type="http://schemas.openxmlformats.org/officeDocument/2006/relationships/image" Target="media/image58.png"/><Relationship Id="rId67" Type="http://schemas.openxmlformats.org/officeDocument/2006/relationships/image" Target="media/image59.png"/><Relationship Id="rId68" Type="http://schemas.openxmlformats.org/officeDocument/2006/relationships/image" Target="media/image60.png"/><Relationship Id="rId69" Type="http://schemas.openxmlformats.org/officeDocument/2006/relationships/image" Target="media/image61.png"/><Relationship Id="rId70" Type="http://schemas.openxmlformats.org/officeDocument/2006/relationships/image" Target="media/image62.png"/><Relationship Id="rId71" Type="http://schemas.openxmlformats.org/officeDocument/2006/relationships/image" Target="media/image63.png"/><Relationship Id="rId72" Type="http://schemas.openxmlformats.org/officeDocument/2006/relationships/image" Target="media/image64.png"/><Relationship Id="rId73" Type="http://schemas.openxmlformats.org/officeDocument/2006/relationships/image" Target="media/image65.png"/><Relationship Id="rId74" Type="http://schemas.openxmlformats.org/officeDocument/2006/relationships/image" Target="media/image66.png"/><Relationship Id="rId75" Type="http://schemas.openxmlformats.org/officeDocument/2006/relationships/image" Target="media/image6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