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建华小区天然气管道工程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报告编号：TMPL-20260716202853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004-2021标准，本次所检90道焊缝（焊缝-20至相控阵超声图）中，90道评定为I级（无缺陷），结论为合格；结论均为合格。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建华小区位于莲池区永华路办事处，始建于1995年，户外燃气管道焊缝共计461道。现对其部分焊缝进行抽检，抽检数量89道，抽检部位见附页。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建华小区户外燃气管道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90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报告编号：TMPL-20260716202853</w:t>
      </w:r>
    </w:p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b5ynxdl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i2dkokf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b5ynxdl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i2dkokf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za6o_3l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aytrp9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za6o_3l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aytrp9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5k2e5dt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pxrho_i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5k2e5dt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pxrho_i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kzc6zg8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wasft15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kzc6zg8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wasft15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wxan5uj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wxan5uj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r4xhyn0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5979408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90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97940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