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农行宿舍天然气管道工程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报告编号：TMPL-20260716211120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004-2021标准，本次所检33道焊缝（02至54）中，33道评定为I级（无缺陷），结论为合格；结论均为合格。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农行宿舍位于竞秀区新市场街道办，始建于1994年，户外燃气管道焊缝共计144道。现对其部分焊缝进行抽检，抽检数量31道，抽检部位见附页。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农行宿舍户外燃气管道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报告编号：TMPL-20260716211120</w:t>
      </w:r>
    </w:p>
    <w:p>
      <w:r>
        <w:rPr>
          <w:b/>
          <w:sz w:val="22"/>
        </w:rPr>
        <w:t>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a5w5fy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tgn8i_j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rt3vyd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xbsbit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rt3vyd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xbsbit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ezvl3m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g5xdssj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hb0zt1y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ezvl3m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d_1jznu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