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十四中宿舍天然气管道工程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报告编号：TMPL-20260716212014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004-2021标准，本次所检17道焊缝（焊缝-04至相控阵超声图）中，17道评定为I级（无缺陷），结论为合格；结论均为合格。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十四中宿舍燃气管道改造位于竞秀区先锋街道办，始建于1993年，户外燃气管道焊缝共计51道。现对其部分焊缝进行抽检，抽检数量16道，抽检部位见附页。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WF19011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十四中宿舍户外燃气管道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17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报告编号：TMPL-20260716212014</w:t>
      </w:r>
    </w:p>
    <w:p>
      <w:r>
        <w:rPr>
          <w:b/>
          <w:sz w:val="22"/>
        </w:rPr>
        <w:t>焊缝-04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3deg4k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cz8us_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yhnn89i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yhnn89i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11bqf4x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381967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17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38196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